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בלשי האמת: איך מזהים ידיעת כזב?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היה במכתב המזויף? · </w:t>
      </w:r>
      <w:r>
        <w:rPr>
          <w:rFonts w:ascii="Arial" w:hAnsi="Arial" w:cs="Arial"/>
          <w:b w:val="0"/>
          <w:sz w:val="22"/>
          <w:rtl w:val="1"/>
          <w:szCs w:val="22"/>
        </w:rPr>
        <w:t>שיום ראשון חופש.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זו ידיעת כזב? · </w:t>
      </w:r>
      <w:r>
        <w:rPr>
          <w:rFonts w:ascii="Arial" w:hAnsi="Arial" w:cs="Arial"/>
          <w:b w:val="0"/>
          <w:sz w:val="22"/>
          <w:rtl w:val="1"/>
          <w:szCs w:val="22"/>
        </w:rPr>
        <w:t>מידע שקרי שנראה כמו חדשות.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למה אנחנו מאמינים? (סיבה אחת) · </w:t>
      </w:r>
      <w:r>
        <w:rPr>
          <w:rFonts w:ascii="Arial" w:hAnsi="Arial" w:cs="Arial"/>
          <w:b w:val="0"/>
          <w:sz w:val="22"/>
          <w:rtl w:val="1"/>
          <w:szCs w:val="22"/>
        </w:rPr>
        <w:t>רגש חזק / מגיע מחברים / מתאים למה שאנחנו חושבים.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היה כתוב במכתב המזויף? · </w:t>
      </w:r>
      <w:r>
        <w:rPr>
          <w:rFonts w:ascii="Arial" w:hAnsi="Arial" w:cs="Arial"/>
          <w:b w:val="0"/>
          <w:sz w:val="22"/>
          <w:rtl w:val="1"/>
          <w:szCs w:val="22"/>
        </w:rPr>
        <w:t>ב. שיום ראשון יהיה יום חופשי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מהי ״הטיית האישור״? · </w:t>
      </w:r>
      <w:r>
        <w:rPr>
          <w:rFonts w:ascii="Arial" w:hAnsi="Arial" w:cs="Arial"/>
          <w:b w:val="0"/>
          <w:sz w:val="22"/>
          <w:rtl w:val="1"/>
          <w:szCs w:val="22"/>
        </w:rPr>
        <w:t>ב. נטייה להאמין למידע שמתאים לדעה שכבר יש לנו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בודקים?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מי פרסם / תאריך / מקורות נוספים / התמונה.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כותבים אם שיתפנו בטעות? · </w:t>
      </w:r>
      <w:r>
        <w:rPr>
          <w:rFonts w:ascii="Arial" w:hAnsi="Arial" w:cs="Arial"/>
          <w:b w:val="0"/>
          <w:sz w:val="22"/>
          <w:rtl w:val="1"/>
          <w:szCs w:val="22"/>
        </w:rPr>
        <w:t>שזה לא נכון, וסליחה.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🔎 בלשי האמת: איך מזהים ידיעת כזב?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🔎 בלשי האמת: איך מזהים ידיעת כזב?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בקבוצת השכבה הופיע מכתב מזויף: ״יום ראשון חופש!״ כולם האמינו ושיתפו. ביום ראשון הרבה תלמידים איחרו.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ידיעת כזב היא מידע שקרי שנראה כמו חדשות. יש שנוצרות בטעות, ויש בכוונה.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אנחנו מאמינים כי הידיעה מעוררת רגש חזק, מגיעה מחברים, ומתאימה למה שאנחנו כבר חושבים.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איך בודקים? מי פרסם? האם יש מקורות נוספים? מה התאריך? האם התמונה אמיתית?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אם שיתפנו בטעות – כותבים: ״התברר שזה לא נכון, סליחה.״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כזב – שקר · מטעה – גורם לחשוב משהו לא נכון · להאיץ – לעשות מהר יותר · לפקפק – לא להאמין בקלות, לחשוד · הטיית האישור – הנטייה להאמין למה שמתאים לדעה שכבר יש לנו · קמה לתחייה – חזרה לחיים, חזרה להופיע · מצדיקה – נותנת סיבה טובה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חופש     שקרי     רגש     מקור     תאריך     סליחה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במכתב המזויף?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זו ידיעת כזב?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אנחנו מאמינים? (סיבה אחת)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כתוב במכתב המזויף?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שיש מבחן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שיום ראשון יהיה יום חופשי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שיש טיול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מהי ״הטיית האישור״?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אישור מההורים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נטייה להאמין למידע שמתאים לדעה שכבר יש לנו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בדיקה של מקורות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בודקים?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כותבים אם שיתפנו בטעות?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״בלשי האמת: איך מזהים ידיעת כזב?״?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בלשי האמת: איך מזהים ידיעת כזב?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בלשי האמת: איך מזהים ידיעת כזב?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